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color="auto" w:fill="EEF0F8"/>
          </w:tcPr>
          <w:p>
            <w:r>
              <w:rPr>
                <w:b/>
                <w:color w:val="3C4A92"/>
              </w:rPr>
              <w:t>PLANTILLA · ARTÍCULO DE OPINIÓN</w:t>
            </w:r>
          </w:p>
          <w:p>
            <w:pPr>
              <w:pStyle w:val="ListBullet"/>
            </w:pPr>
            <w:r>
              <w:rPr>
                <w:sz w:val="16"/>
              </w:rPr>
              <w:t>Extensión del cuerpo: 100 a 300 palabras (sin contar referencias).</w:t>
            </w:r>
          </w:p>
          <w:p>
            <w:pPr>
              <w:pStyle w:val="ListBullet"/>
            </w:pPr>
            <w:r>
              <w:rPr>
                <w:sz w:val="16"/>
              </w:rPr>
              <w:t>Formato: A4, márgenes de 2,60 cm, letra Tahoma 9, interlineado 1,15. No cambie los estilos.</w:t>
            </w:r>
          </w:p>
          <w:p>
            <w:pPr>
              <w:pStyle w:val="ListBullet"/>
            </w:pPr>
            <w:r>
              <w:rPr>
                <w:sz w:val="16"/>
              </w:rPr>
              <w:t>Escriba sobre los textos entre corchetes [ ] y borre las indicaciones en gris.</w:t>
            </w:r>
          </w:p>
          <w:p>
            <w:pPr>
              <w:pStyle w:val="ListBullet"/>
            </w:pPr>
            <w:r>
              <w:rPr>
                <w:sz w:val="16"/>
              </w:rPr>
              <w:t>Citas y referencias en APA, IEEE o Vancouver (use un solo estilo en todo el manuscrito).</w:t>
            </w:r>
          </w:p>
          <w:p>
            <w:pPr>
              <w:pStyle w:val="ListBullet"/>
            </w:pPr>
            <w:r>
              <w:rPr>
                <w:sz w:val="16"/>
              </w:rPr>
              <w:t>Incluya la versión en inglés de su opinión (OPINION), como en los números publicados.</w:t>
            </w:r>
          </w:p>
          <w:p>
            <w:pPr>
              <w:pStyle w:val="ListBullet"/>
            </w:pPr>
            <w:r>
              <w:rPr>
                <w:sz w:val="16"/>
              </w:rPr>
              <w:t>Borre este recuadro antes de enviar el manuscrito a revista@comprendemas.com o por la plataforma de la revista.</w:t>
            </w:r>
          </w:p>
        </w:tc>
      </w:tr>
    </w:tbl>
    <w:p/>
    <w:p>
      <w:pPr>
        <w:jc w:val="center"/>
      </w:pPr>
      <w:r>
        <w:rPr>
          <w:b/>
        </w:rPr>
        <w:t>[TÍTULO DEL MANUSCRITO EN MAYÚSCULAS, HASTA 30 PALABRAS]</w:t>
      </w:r>
    </w:p>
    <w:p>
      <w:pPr>
        <w:jc w:val="center"/>
      </w:pPr>
      <w:r>
        <w:rPr>
          <w:i/>
        </w:rPr>
        <w:t>[Title in English]</w:t>
      </w:r>
    </w:p>
    <w:p>
      <w:pPr>
        <w:jc w:val="center"/>
      </w:pPr>
      <w:r>
        <w:rPr>
          <w:b w:val="0"/>
        </w:rPr>
        <w:t>https://doi.org/10.70549/cm[año]/pe.[vol].[núm].[art]</w:t>
      </w:r>
      <w:r>
        <w:rPr>
          <w:i/>
          <w:color w:val="6B708C"/>
        </w:rPr>
        <w:t xml:space="preserve">  (lo asigna la revista)</w:t>
      </w:r>
    </w:p>
    <w:p>
      <w:pPr>
        <w:pStyle w:val="Heading1"/>
      </w:pPr>
      <w:r>
        <w:t>PRESENTACIÓN</w:t>
      </w:r>
    </w:p>
    <w:p>
      <w:r>
        <w:rPr>
          <w:i/>
          <w:color w:val="6B708C"/>
        </w:rPr>
        <w:t>Entre 200 y 500 palabras en total. Escriba para que cualquier lector entienda dónde se ubica su trabajo y para qué sirve.</w:t>
      </w:r>
    </w:p>
    <w:p>
      <w:r>
        <w:rPr>
          <w:b/>
        </w:rPr>
        <w:t>Disciplina OCDE:</w:t>
      </w:r>
    </w:p>
    <w:p>
      <w:r>
        <w:rPr>
          <w:b w:val="0"/>
        </w:rPr>
        <w:t>[Código y disciplina, ej.: 5.03.01 Educación general]</w:t>
      </w:r>
    </w:p>
    <w:p>
      <w:r>
        <w:rPr>
          <w:b/>
        </w:rPr>
        <w:t>ODS:</w:t>
      </w:r>
    </w:p>
    <w:p>
      <w:r>
        <w:rPr>
          <w:b w:val="0"/>
        </w:rPr>
        <w:t>OBJETIVO [N°]. [Copie el texto del ODS; vea la lista en https://comprendemas.com/lectores.php#ods]</w:t>
      </w:r>
    </w:p>
    <w:p>
      <w:r>
        <w:rPr>
          <w:b/>
        </w:rPr>
        <w:t>TRL:</w:t>
      </w:r>
    </w:p>
    <w:p>
      <w:r>
        <w:rPr>
          <w:b w:val="0"/>
        </w:rPr>
        <w:t>[Nivel del 1 al 9 y su descripción, ej.: 3. Desarrollo experimental o prueba del concepto]</w:t>
      </w:r>
    </w:p>
    <w:p>
      <w:r>
        <w:rPr>
          <w:b/>
        </w:rPr>
        <w:t>CRL:</w:t>
      </w:r>
    </w:p>
    <w:p>
      <w:r>
        <w:rPr>
          <w:b w:val="0"/>
        </w:rPr>
        <w:t>[Nivel del 1 al 9 y su descripción]</w:t>
      </w:r>
    </w:p>
    <w:p>
      <w:r>
        <w:rPr>
          <w:b/>
        </w:rPr>
        <w:t>¿Qué hacer con los resultados?:</w:t>
      </w:r>
    </w:p>
    <w:p>
      <w:r>
        <w:rPr>
          <w:b w:val="0"/>
        </w:rPr>
        <w:t>[Explique en lenguaje sencillo quién y cómo puede usar, aplicar o transferir los resultados]</w:t>
      </w:r>
    </w:p>
    <w:p>
      <w:pPr>
        <w:jc w:val="center"/>
      </w:pPr>
      <w:r>
        <w:rPr>
          <w:b/>
        </w:rPr>
        <w:t>AUTOR(ES)</w:t>
      </w:r>
    </w:p>
    <w:p>
      <w:pPr>
        <w:jc w:val="center"/>
      </w:pPr>
      <w:r>
        <w:rPr>
          <w:b/>
        </w:rPr>
        <w:t>[Grado]. [Nombres y apellidos] https://orcid.org/[0000-0000-0000-0000]</w:t>
      </w:r>
    </w:p>
    <w:p>
      <w:pPr>
        <w:jc w:val="center"/>
      </w:pPr>
      <w:r>
        <w:rPr>
          <w:b/>
        </w:rPr>
        <w:t>[Institución, país] e-mail [correo institucional]</w:t>
      </w:r>
    </w:p>
    <w:p>
      <w:pPr>
        <w:jc w:val="center"/>
      </w:pPr>
      <w:r>
        <w:rPr>
          <w:i/>
          <w:color w:val="6B708C"/>
        </w:rPr>
        <w:t>Repita las dos líneas por cada autor. El ORCID es obligatorio.</w:t>
      </w:r>
    </w:p>
    <w:p>
      <w:pPr>
        <w:jc w:val="center"/>
      </w:pPr>
      <w:r>
        <w:rPr>
          <w:b w:val="0"/>
        </w:rPr>
        <w:t>Autor de correspondencia: [Nombres y apellidos] · [correo institucional]</w:t>
      </w:r>
    </w:p>
    <w:p>
      <w:pPr>
        <w:jc w:val="center"/>
      </w:pPr>
      <w:r>
        <w:rPr>
          <w:i/>
          <w:color w:val="6B708C"/>
        </w:rPr>
        <w:t>Recibido: [dd/mm/aaaa] · Aceptado: [dd/mm/aaaa] · Publicado: [dd/mm/aaaa] (lo completa la revista)</w:t>
      </w:r>
    </w:p>
    <w:p>
      <w:pPr>
        <w:pStyle w:val="Heading1"/>
      </w:pPr>
      <w:r>
        <w:t>OPINIÓN</w:t>
      </w:r>
    </w:p>
    <w:p>
      <w:r>
        <w:rPr>
          <w:i/>
          <w:color w:val="6B708C"/>
        </w:rPr>
        <w:t>Entre 100 y 300 palabras: postura clara, argumentos y propuesta.</w:t>
      </w:r>
    </w:p>
    <w:p>
      <w:pPr>
        <w:pStyle w:val="Heading1"/>
      </w:pPr>
      <w:r>
        <w:t>OPINION</w:t>
      </w:r>
    </w:p>
    <w:p>
      <w:r>
        <w:rPr>
          <w:i/>
          <w:color w:val="6B708C"/>
        </w:rPr>
        <w:t>English version of your opinion.</w:t>
      </w:r>
    </w:p>
    <w:p>
      <w:pPr>
        <w:pStyle w:val="Heading1"/>
      </w:pPr>
      <w:r>
        <w:t>DECLARACIONES</w:t>
      </w:r>
    </w:p>
    <w:p>
      <w:r>
        <w:rPr>
          <w:i/>
          <w:color w:val="6B708C"/>
        </w:rPr>
        <w:t>Conflicto de intereses (o «Ninguno») y uso de inteligencia artificial generativa (cuál y para qué, o «No se utilizó»).</w:t>
      </w:r>
    </w:p>
    <w:p>
      <w:pPr>
        <w:pStyle w:val="Heading1"/>
      </w:pPr>
      <w:r>
        <w:t>REFERENCIAS</w:t>
      </w:r>
    </w:p>
    <w:p>
      <w:r>
        <w:rPr>
          <w:i/>
          <w:color w:val="6B708C"/>
        </w:rPr>
        <w:t>Opcional, si cita fuentes.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474" w:bottom="147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8C"/>
        <w:sz w:val="15"/>
      </w:rPr>
      <w:t>Revista Comprende Más · ISSN 3028-9963 (en línea) · Licencia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52000" cy="117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ompren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176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Vol. [X] Núm. [X] [Mes] [Año]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ahoma" w:hAnsi="Tahoma" w:eastAsia="Tahom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76" w:lineRule="auto"/>
      <w:outlineLvl w:val="0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