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958"/>
      </w:tblGrid>
      <w:tr>
        <w:tc>
          <w:tcPr>
            <w:tcW w:type="dxa" w:w="8958"/>
            <w:shd w:val="clear" w:color="auto" w:fill="EEF0F8"/>
          </w:tcPr>
          <w:p>
            <w:r>
              <w:rPr>
                <w:b/>
                <w:color w:val="3C4A92"/>
              </w:rPr>
              <w:t>PLANTILLA · CARTA AL EDITOR</w:t>
            </w:r>
          </w:p>
          <w:p>
            <w:pPr>
              <w:pStyle w:val="ListBullet"/>
            </w:pPr>
            <w:r>
              <w:rPr>
                <w:sz w:val="16"/>
              </w:rPr>
              <w:t>Extensión del cuerpo: 200 a 400 palabras (sin contar referencias).</w:t>
            </w:r>
          </w:p>
          <w:p>
            <w:pPr>
              <w:pStyle w:val="ListBullet"/>
            </w:pPr>
            <w:r>
              <w:rPr>
                <w:sz w:val="16"/>
              </w:rPr>
              <w:t>Formato: A4, márgenes de 2,60 cm, letra Tahoma 9, interlineado 1,15. No cambie los estilos.</w:t>
            </w:r>
          </w:p>
          <w:p>
            <w:pPr>
              <w:pStyle w:val="ListBullet"/>
            </w:pPr>
            <w:r>
              <w:rPr>
                <w:sz w:val="16"/>
              </w:rPr>
              <w:t>Escriba sobre los textos entre corchetes [ ] y borre las indicaciones en gris.</w:t>
            </w:r>
          </w:p>
          <w:p>
            <w:pPr>
              <w:pStyle w:val="ListBullet"/>
            </w:pPr>
            <w:r>
              <w:rPr>
                <w:sz w:val="16"/>
              </w:rPr>
              <w:t>Citas y referencias en APA, IEEE o Vancouver (use un solo estilo en todo el manuscrito).</w:t>
            </w:r>
          </w:p>
          <w:p>
            <w:pPr>
              <w:pStyle w:val="ListBullet"/>
            </w:pPr>
            <w:r>
              <w:rPr>
                <w:sz w:val="16"/>
              </w:rPr>
              <w:t>Puede comentar un artículo publicado en Comprende Más o un tema de interés para la comunidad científica.</w:t>
            </w:r>
          </w:p>
          <w:p>
            <w:pPr>
              <w:pStyle w:val="ListBullet"/>
            </w:pPr>
            <w:r>
              <w:rPr>
                <w:sz w:val="16"/>
              </w:rPr>
              <w:t>Borre este recuadro antes de enviar el manuscrito a revista@comprendemas.com o por la plataforma de la revista.</w:t>
            </w:r>
          </w:p>
        </w:tc>
      </w:tr>
    </w:tbl>
    <w:p/>
    <w:p>
      <w:pPr>
        <w:jc w:val="center"/>
      </w:pPr>
      <w:r>
        <w:rPr>
          <w:b/>
        </w:rPr>
        <w:t>[TÍTULO DEL MANUSCRITO EN MAYÚSCULAS, HASTA 30 PALABRAS]</w:t>
      </w:r>
    </w:p>
    <w:p>
      <w:pPr>
        <w:jc w:val="center"/>
      </w:pPr>
      <w:r>
        <w:rPr>
          <w:i/>
        </w:rPr>
        <w:t>[Title in English]</w:t>
      </w:r>
    </w:p>
    <w:p>
      <w:pPr>
        <w:jc w:val="center"/>
      </w:pPr>
      <w:r>
        <w:rPr>
          <w:b w:val="0"/>
        </w:rPr>
        <w:t>https://doi.org/10.70549/cm[año]/pe.[vol].[núm].[art]</w:t>
      </w:r>
      <w:r>
        <w:rPr>
          <w:i/>
          <w:color w:val="6B708C"/>
        </w:rPr>
        <w:t xml:space="preserve">  (lo asigna la revista)</w:t>
      </w:r>
    </w:p>
    <w:p>
      <w:pPr>
        <w:pStyle w:val="Heading1"/>
      </w:pPr>
      <w:r>
        <w:t>PRESENTACIÓN</w:t>
      </w:r>
    </w:p>
    <w:p>
      <w:r>
        <w:rPr>
          <w:i/>
          <w:color w:val="6B708C"/>
        </w:rPr>
        <w:t>Entre 200 y 500 palabras en total. Escriba para que cualquier lector entienda dónde se ubica su trabajo y para qué sirve.</w:t>
      </w:r>
    </w:p>
    <w:p>
      <w:r>
        <w:rPr>
          <w:b/>
        </w:rPr>
        <w:t>Disciplina OCDE:</w:t>
      </w:r>
    </w:p>
    <w:p>
      <w:r>
        <w:rPr>
          <w:b w:val="0"/>
        </w:rPr>
        <w:t>[Código y disciplina, ej.: 5.03.01 Educación general]</w:t>
      </w:r>
    </w:p>
    <w:p>
      <w:r>
        <w:rPr>
          <w:b/>
        </w:rPr>
        <w:t>ODS:</w:t>
      </w:r>
    </w:p>
    <w:p>
      <w:r>
        <w:rPr>
          <w:b w:val="0"/>
        </w:rPr>
        <w:t>OBJETIVO [N°]. [Copie el texto del ODS; vea la lista en https://comprendemas.com/lectores.php#ods]</w:t>
      </w:r>
    </w:p>
    <w:p>
      <w:r>
        <w:rPr>
          <w:b/>
        </w:rPr>
        <w:t>TRL:</w:t>
      </w:r>
    </w:p>
    <w:p>
      <w:r>
        <w:rPr>
          <w:b w:val="0"/>
        </w:rPr>
        <w:t>[Nivel del 1 al 9 y su descripción, ej.: 3. Desarrollo experimental o prueba del concepto]</w:t>
      </w:r>
    </w:p>
    <w:p>
      <w:r>
        <w:rPr>
          <w:b/>
        </w:rPr>
        <w:t>CRL:</w:t>
      </w:r>
    </w:p>
    <w:p>
      <w:r>
        <w:rPr>
          <w:b w:val="0"/>
        </w:rPr>
        <w:t>[Nivel del 1 al 9 y su descripción]</w:t>
      </w:r>
    </w:p>
    <w:p>
      <w:r>
        <w:rPr>
          <w:b/>
        </w:rPr>
        <w:t>¿Qué hacer con los resultados?:</w:t>
      </w:r>
    </w:p>
    <w:p>
      <w:r>
        <w:rPr>
          <w:b w:val="0"/>
        </w:rPr>
        <w:t>[Explique en lenguaje sencillo quién y cómo puede usar, aplicar o transferir los resultados]</w:t>
      </w:r>
    </w:p>
    <w:p>
      <w:pPr>
        <w:jc w:val="center"/>
      </w:pPr>
      <w:r>
        <w:rPr>
          <w:b/>
        </w:rPr>
        <w:t>AUTOR(ES)</w:t>
      </w:r>
    </w:p>
    <w:p>
      <w:pPr>
        <w:jc w:val="center"/>
      </w:pPr>
      <w:r>
        <w:rPr>
          <w:b/>
        </w:rPr>
        <w:t>[Nombres y apellidos] e-mail [correo]</w:t>
      </w:r>
    </w:p>
    <w:p>
      <w:pPr>
        <w:jc w:val="center"/>
      </w:pPr>
      <w:r>
        <w:rPr>
          <w:i/>
          <w:color w:val="6B708C"/>
        </w:rPr>
        <w:t>ORCID e institución son recomendables.</w:t>
      </w:r>
    </w:p>
    <w:p>
      <w:pPr>
        <w:jc w:val="center"/>
      </w:pPr>
      <w:r>
        <w:rPr>
          <w:i/>
          <w:color w:val="6B708C"/>
        </w:rPr>
        <w:t>Recibido: [dd/mm/aaaa] · Aceptado: [dd/mm/aaaa] · Publicado: [dd/mm/aaaa] (lo completa la revista)</w:t>
      </w:r>
    </w:p>
    <w:p>
      <w:r>
        <w:rPr>
          <w:b/>
        </w:rPr>
        <w:t>Señor Editor:</w:t>
      </w:r>
    </w:p>
    <w:p>
      <w:r>
        <w:rPr>
          <w:i/>
          <w:color w:val="6B708C"/>
        </w:rPr>
        <w:t>[Escriba aquí la carta, entre 200 y 400 palabras, en texto continuo.]</w:t>
      </w:r>
    </w:p>
    <w:p>
      <w:r>
        <w:rPr>
          <w:b w:val="0"/>
        </w:rPr>
        <w:t>[Ciudad], [fecha]</w:t>
      </w:r>
    </w:p>
    <w:p>
      <w:pPr>
        <w:pStyle w:val="Heading1"/>
      </w:pPr>
      <w:r>
        <w:t>DECLARACIONES</w:t>
      </w:r>
    </w:p>
    <w:p>
      <w:r>
        <w:rPr>
          <w:i/>
          <w:color w:val="6B708C"/>
        </w:rPr>
        <w:t>Conflicto de intereses (o «Ninguno») y uso de inteligencia artificial generativa (cuál y para qué, o «No se utilizó»).</w:t>
      </w:r>
    </w:p>
    <w:p>
      <w:pPr>
        <w:pStyle w:val="Heading1"/>
      </w:pPr>
      <w:r>
        <w:t>REFERENCIAS</w:t>
      </w:r>
    </w:p>
    <w:p>
      <w:r>
        <w:rPr>
          <w:i/>
          <w:color w:val="6B708C"/>
        </w:rPr>
        <w:t>Opcional, hasta 5 referencias en APA, IEEE o Vancouver.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474" w:bottom="147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8C"/>
        <w:sz w:val="15"/>
      </w:rPr>
      <w:t>Revista Comprende Más · ISSN 3028-9963 (en línea) · Licencia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152000" cy="117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compren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117600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 xml:space="preserve">   Vol. [X] Núm. [X] [Mes] [Año]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ahoma" w:hAnsi="Tahoma" w:eastAsia="Tahom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 w:line="276" w:lineRule="auto"/>
      <w:outlineLvl w:val="0"/>
    </w:pPr>
    <w:rPr>
      <w:rFonts w:asciiTheme="majorHAnsi" w:eastAsiaTheme="majorEastAsia" w:hAnsiTheme="majorHAnsi" w:cstheme="majorBidi" w:ascii="Tahoma" w:hAnsi="Tahoma" w:eastAsia="Tahoma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