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color="auto" w:fill="EEF0F8"/>
          </w:tcPr>
          <w:p>
            <w:r>
              <w:rPr>
                <w:b/>
                <w:color w:val="3C4A92"/>
              </w:rPr>
              <w:t>PLANTILLA · REVISIÓN SISTEMÁTICA</w:t>
            </w:r>
          </w:p>
          <w:p>
            <w:pPr>
              <w:pStyle w:val="ListBullet"/>
            </w:pPr>
            <w:r>
              <w:rPr>
                <w:sz w:val="16"/>
              </w:rPr>
              <w:t>Extensión del cuerpo: 3 000 a 5 000 palabras (sin contar referencias).</w:t>
            </w:r>
          </w:p>
          <w:p>
            <w:pPr>
              <w:pStyle w:val="ListBullet"/>
            </w:pPr>
            <w:r>
              <w:rPr>
                <w:sz w:val="16"/>
              </w:rPr>
              <w:t>Formato: A4, márgenes de 2,60 cm, letra Tahoma 9, interlineado 1,15. No cambie los estilos.</w:t>
            </w:r>
          </w:p>
          <w:p>
            <w:pPr>
              <w:pStyle w:val="ListBullet"/>
            </w:pPr>
            <w:r>
              <w:rPr>
                <w:sz w:val="16"/>
              </w:rPr>
              <w:t>Escriba sobre los textos entre corchetes [ ] y borre las indicaciones en gris.</w:t>
            </w:r>
          </w:p>
          <w:p>
            <w:pPr>
              <w:pStyle w:val="ListBullet"/>
            </w:pPr>
            <w:r>
              <w:rPr>
                <w:sz w:val="16"/>
              </w:rPr>
              <w:t>Citas y referencias en APA, IEEE o Vancouver (use un solo estilo en todo el manuscrito).</w:t>
            </w:r>
          </w:p>
          <w:p>
            <w:pPr>
              <w:pStyle w:val="ListBullet"/>
            </w:pPr>
            <w:r>
              <w:rPr>
                <w:sz w:val="16"/>
              </w:rPr>
              <w:t>Se recomienda seguir la declaración PRISMA e incluir el diagrama de flujo de selección de estudios.</w:t>
            </w:r>
          </w:p>
          <w:p>
            <w:pPr>
              <w:pStyle w:val="ListBullet"/>
            </w:pPr>
            <w:r>
              <w:rPr>
                <w:sz w:val="16"/>
              </w:rPr>
              <w:t>Borre este recuadro antes de enviar el manuscrito a revista@comprendemas.com o por la plataforma de la revista.</w:t>
            </w:r>
          </w:p>
        </w:tc>
      </w:tr>
    </w:tbl>
    <w:p/>
    <w:p>
      <w:pPr>
        <w:jc w:val="center"/>
      </w:pPr>
      <w:r>
        <w:rPr>
          <w:b/>
        </w:rPr>
        <w:t>[TÍTULO DEL MANUSCRITO EN MAYÚSCULAS, HASTA 30 PALABRAS]</w:t>
      </w:r>
    </w:p>
    <w:p>
      <w:pPr>
        <w:jc w:val="center"/>
      </w:pPr>
      <w:r>
        <w:rPr>
          <w:i/>
        </w:rPr>
        <w:t>[Title in English]</w:t>
      </w:r>
    </w:p>
    <w:p>
      <w:pPr>
        <w:jc w:val="center"/>
      </w:pPr>
      <w:r>
        <w:rPr>
          <w:b w:val="0"/>
        </w:rPr>
        <w:t>https://doi.org/10.70549/cm[año]/pe.[vol].[núm].[art]</w:t>
      </w:r>
      <w:r>
        <w:rPr>
          <w:i/>
          <w:color w:val="6B708C"/>
        </w:rPr>
        <w:t xml:space="preserve">  (lo asigna la revista)</w:t>
      </w:r>
    </w:p>
    <w:p>
      <w:pPr>
        <w:pStyle w:val="Heading1"/>
      </w:pPr>
      <w:r>
        <w:t>PRESENTACIÓN</w:t>
      </w:r>
    </w:p>
    <w:p>
      <w:r>
        <w:rPr>
          <w:i/>
          <w:color w:val="6B708C"/>
        </w:rPr>
        <w:t>Entre 200 y 500 palabras en total. Escriba para que cualquier lector entienda dónde se ubica su trabajo y para qué sirve.</w:t>
      </w:r>
    </w:p>
    <w:p>
      <w:r>
        <w:rPr>
          <w:b/>
        </w:rPr>
        <w:t>Disciplina OCDE:</w:t>
      </w:r>
    </w:p>
    <w:p>
      <w:r>
        <w:rPr>
          <w:b w:val="0"/>
        </w:rPr>
        <w:t>[Código y disciplina, ej.: 5.03.01 Educación general]</w:t>
      </w:r>
    </w:p>
    <w:p>
      <w:r>
        <w:rPr>
          <w:b/>
        </w:rPr>
        <w:t>ODS:</w:t>
      </w:r>
    </w:p>
    <w:p>
      <w:r>
        <w:rPr>
          <w:b w:val="0"/>
        </w:rPr>
        <w:t>OBJETIVO [N°]. [Copie el texto del ODS; vea la lista en https://comprendemas.com/lectores.php#ods]</w:t>
      </w:r>
    </w:p>
    <w:p>
      <w:r>
        <w:rPr>
          <w:b/>
        </w:rPr>
        <w:t>TRL:</w:t>
      </w:r>
    </w:p>
    <w:p>
      <w:r>
        <w:rPr>
          <w:b w:val="0"/>
        </w:rPr>
        <w:t>[Nivel del 1 al 9 y su descripción, ej.: 3. Desarrollo experimental o prueba del concepto]</w:t>
      </w:r>
    </w:p>
    <w:p>
      <w:r>
        <w:rPr>
          <w:b/>
        </w:rPr>
        <w:t>CRL:</w:t>
      </w:r>
    </w:p>
    <w:p>
      <w:r>
        <w:rPr>
          <w:b w:val="0"/>
        </w:rPr>
        <w:t>[Nivel del 1 al 9 y su descripción]</w:t>
      </w:r>
    </w:p>
    <w:p>
      <w:r>
        <w:rPr>
          <w:b/>
        </w:rPr>
        <w:t>¿Qué hacer con los resultados?:</w:t>
      </w:r>
    </w:p>
    <w:p>
      <w:r>
        <w:rPr>
          <w:b w:val="0"/>
        </w:rPr>
        <w:t>[Explique en lenguaje sencillo quién y cómo puede usar, aplicar o transferir los resultados]</w:t>
      </w:r>
    </w:p>
    <w:p>
      <w:pPr>
        <w:jc w:val="center"/>
      </w:pPr>
      <w:r>
        <w:rPr>
          <w:b/>
        </w:rPr>
        <w:t>AUTOR(ES)</w:t>
      </w:r>
    </w:p>
    <w:p>
      <w:pPr>
        <w:jc w:val="center"/>
      </w:pPr>
      <w:r>
        <w:rPr>
          <w:b/>
        </w:rPr>
        <w:t>[Grado]. [Nombres y apellidos] https://orcid.org/[0000-0000-0000-0000]</w:t>
      </w:r>
    </w:p>
    <w:p>
      <w:pPr>
        <w:jc w:val="center"/>
      </w:pPr>
      <w:r>
        <w:rPr>
          <w:b/>
        </w:rPr>
        <w:t>[Institución, país] e-mail [correo institucional]</w:t>
      </w:r>
    </w:p>
    <w:p>
      <w:pPr>
        <w:jc w:val="center"/>
      </w:pPr>
      <w:r>
        <w:rPr>
          <w:i/>
          <w:color w:val="6B708C"/>
        </w:rPr>
        <w:t>Repita las dos líneas por cada autor. El ORCID es obligatorio.</w:t>
      </w:r>
    </w:p>
    <w:p>
      <w:pPr>
        <w:jc w:val="center"/>
      </w:pPr>
      <w:r>
        <w:rPr>
          <w:b w:val="0"/>
        </w:rPr>
        <w:t>Autor de correspondencia: [Nombres y apellidos] · [correo institucional]</w:t>
      </w:r>
    </w:p>
    <w:p>
      <w:pPr>
        <w:jc w:val="center"/>
      </w:pPr>
      <w:r>
        <w:rPr>
          <w:i/>
          <w:color w:val="6B708C"/>
        </w:rPr>
        <w:t>Recibido: [dd/mm/aaaa] · Aceptado: [dd/mm/aaaa] · Publicado: [dd/mm/aaaa] (lo completa la revista)</w:t>
      </w:r>
    </w:p>
    <w:p>
      <w:pPr>
        <w:pStyle w:val="Heading1"/>
      </w:pPr>
      <w:r>
        <w:t>RESUMEN</w:t>
      </w:r>
    </w:p>
    <w:p>
      <w:r>
        <w:rPr>
          <w:i/>
          <w:color w:val="6B708C"/>
        </w:rPr>
        <w:t>Entre 200 y 300 palabras: objetivo, metodología, resultados principales y conclusión.</w:t>
      </w:r>
    </w:p>
    <w:p>
      <w:pPr>
        <w:pStyle w:val="Heading1"/>
      </w:pPr>
      <w:r>
        <w:t>PALABRAS CLAVE</w:t>
      </w:r>
    </w:p>
    <w:p>
      <w:r>
        <w:rPr>
          <w:i/>
          <w:color w:val="6B708C"/>
        </w:rPr>
        <w:t>Hasta 5 palabras o frases, separadas por comas.</w:t>
      </w:r>
    </w:p>
    <w:p>
      <w:pPr>
        <w:pStyle w:val="Heading1"/>
      </w:pPr>
      <w:r>
        <w:t>ABSTRACT</w:t>
      </w:r>
    </w:p>
    <w:p>
      <w:r>
        <w:rPr>
          <w:i/>
          <w:color w:val="6B708C"/>
        </w:rPr>
        <w:t>Traducción fiel del resumen al inglés.</w:t>
      </w:r>
    </w:p>
    <w:p>
      <w:pPr>
        <w:pStyle w:val="Heading1"/>
      </w:pPr>
      <w:r>
        <w:t>KEY WORDS</w:t>
      </w:r>
    </w:p>
    <w:p>
      <w:r>
        <w:rPr>
          <w:i/>
          <w:color w:val="6B708C"/>
        </w:rPr>
        <w:t>Traducción de las palabras clave al inglés.</w:t>
      </w:r>
    </w:p>
    <w:p>
      <w:pPr>
        <w:pStyle w:val="Heading1"/>
      </w:pPr>
      <w:r>
        <w:t>INTRODUCCIÓN</w:t>
      </w:r>
    </w:p>
    <w:p>
      <w:r>
        <w:rPr>
          <w:i/>
          <w:color w:val="6B708C"/>
        </w:rPr>
        <w:t>Problema, justificación de la revisión y pregunta de investigación.</w:t>
      </w:r>
    </w:p>
    <w:p>
      <w:pPr>
        <w:pStyle w:val="Heading1"/>
      </w:pPr>
      <w:r>
        <w:t>METODOLOGÍA</w:t>
      </w:r>
    </w:p>
    <w:p>
      <w:r>
        <w:rPr>
          <w:i/>
          <w:color w:val="6B708C"/>
        </w:rPr>
        <w:t>Protocolo, bases de datos consultadas, ecuaciones de búsqueda, periodo, criterios de inclusión y exclusión, proceso de selección (diagrama PRISMA) y evaluación de calidad.</w:t>
      </w:r>
    </w:p>
    <w:p>
      <w:pPr>
        <w:pStyle w:val="Heading1"/>
      </w:pPr>
      <w:r>
        <w:t>RESULTADOS</w:t>
      </w:r>
    </w:p>
    <w:p>
      <w:r>
        <w:rPr>
          <w:i/>
          <w:color w:val="6B708C"/>
        </w:rPr>
        <w:t>Número de estudios incluidos, características y síntesis de hallazgos (tablas de síntesis).</w:t>
      </w:r>
    </w:p>
    <w:p>
      <w:pPr>
        <w:pStyle w:val="Heading1"/>
      </w:pPr>
      <w:r>
        <w:t>DISCUSIÓN</w:t>
      </w:r>
    </w:p>
    <w:p>
      <w:r>
        <w:rPr>
          <w:i/>
          <w:color w:val="6B708C"/>
        </w:rPr>
        <w:t>Interpretación de la evidencia, vacíos de conocimiento y limitaciones de la revisión.</w:t>
      </w:r>
    </w:p>
    <w:p>
      <w:r>
        <w:rPr>
          <w:b/>
        </w:rPr>
        <w:t>Tabla 1</w:t>
      </w:r>
    </w:p>
    <w:p>
      <w:r>
        <w:rPr>
          <w:i/>
        </w:rPr>
        <w:t>[Título de la tabla en cursiva]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986"/>
          </w:tcPr>
          <w:p>
            <w:r>
              <w:t>[Columna]</w:t>
            </w:r>
          </w:p>
        </w:tc>
        <w:tc>
          <w:tcPr>
            <w:tcW w:type="dxa" w:w="2986"/>
          </w:tcPr>
          <w:p>
            <w:r>
              <w:t>[Columna]</w:t>
            </w:r>
          </w:p>
        </w:tc>
        <w:tc>
          <w:tcPr>
            <w:tcW w:type="dxa" w:w="2986"/>
          </w:tcPr>
          <w:p>
            <w:r>
              <w:t>[Columna]</w:t>
            </w:r>
          </w:p>
        </w:tc>
      </w:tr>
      <w:tr>
        <w:tc>
          <w:tcPr>
            <w:tcW w:type="dxa" w:w="2986"/>
          </w:tcPr>
          <w:p/>
        </w:tc>
        <w:tc>
          <w:tcPr>
            <w:tcW w:type="dxa" w:w="2986"/>
          </w:tcPr>
          <w:p/>
        </w:tc>
        <w:tc>
          <w:tcPr>
            <w:tcW w:type="dxa" w:w="2986"/>
          </w:tcPr>
          <w:p/>
        </w:tc>
      </w:tr>
      <w:tr>
        <w:tc>
          <w:tcPr>
            <w:tcW w:type="dxa" w:w="2986"/>
          </w:tcPr>
          <w:p/>
        </w:tc>
        <w:tc>
          <w:tcPr>
            <w:tcW w:type="dxa" w:w="2986"/>
          </w:tcPr>
          <w:p/>
        </w:tc>
        <w:tc>
          <w:tcPr>
            <w:tcW w:type="dxa" w:w="2986"/>
          </w:tcPr>
          <w:p/>
        </w:tc>
      </w:tr>
    </w:tbl>
    <w:p>
      <w:r>
        <w:rPr>
          <w:i/>
          <w:color w:val="6B708C"/>
        </w:rPr>
        <w:t>Nota. Fuente: [autor, año]. Las figuras siguen el mismo formato: «Figura 1», título en cursiva y nota con la fuente.</w:t>
      </w:r>
    </w:p>
    <w:p>
      <w:pPr>
        <w:pStyle w:val="Heading1"/>
      </w:pPr>
      <w:r>
        <w:t>CONCLUSIONES</w:t>
      </w:r>
    </w:p>
    <w:p>
      <w:r>
        <w:rPr>
          <w:i/>
          <w:color w:val="6B708C"/>
        </w:rPr>
        <w:t>Se derivan de los resultados y responden al objetivo.</w:t>
      </w:r>
    </w:p>
    <w:p>
      <w:pPr>
        <w:pStyle w:val="Heading1"/>
      </w:pPr>
      <w:r>
        <w:t>RECOMENDACIONES</w:t>
      </w:r>
    </w:p>
    <w:p>
      <w:r>
        <w:rPr>
          <w:i/>
          <w:color w:val="6B708C"/>
        </w:rPr>
        <w:t>Acciones concretas para continuar la investigación o aplicar los resultados.</w:t>
      </w:r>
    </w:p>
    <w:p>
      <w:pPr>
        <w:pStyle w:val="Heading1"/>
      </w:pPr>
      <w:r>
        <w:t>AGRADECIMIENTOS</w:t>
      </w:r>
    </w:p>
    <w:p>
      <w:r>
        <w:rPr>
          <w:i/>
          <w:color w:val="6B708C"/>
        </w:rPr>
        <w:t>Opcional: personas o instituciones que apoyaron el trabajo.</w:t>
      </w:r>
    </w:p>
    <w:p>
      <w:pPr>
        <w:pStyle w:val="Heading1"/>
      </w:pPr>
      <w:r>
        <w:t>FINANCIAMIENTO</w:t>
      </w:r>
    </w:p>
    <w:p>
      <w:r>
        <w:rPr>
          <w:i/>
          <w:color w:val="6B708C"/>
        </w:rPr>
        <w:t>Fuente de financiamiento y código del proyecto, o «Autofinanciado».</w:t>
      </w:r>
    </w:p>
    <w:p>
      <w:pPr>
        <w:pStyle w:val="Heading1"/>
      </w:pPr>
      <w:r>
        <w:t>CONFLICTO DE INTERESES</w:t>
      </w:r>
    </w:p>
    <w:p>
      <w:r>
        <w:rPr>
          <w:i/>
          <w:color w:val="6B708C"/>
        </w:rPr>
        <w:t>Declare cualquier conflicto o escriba «Los autores declaran no tener conflicto de intereses».</w:t>
      </w:r>
    </w:p>
    <w:p>
      <w:pPr>
        <w:pStyle w:val="Heading1"/>
      </w:pPr>
      <w:r>
        <w:t>CONTRIBUCIÓN DE LOS AUTORES (CRediT)</w:t>
      </w:r>
    </w:p>
    <w:p>
      <w:r>
        <w:rPr>
          <w:i/>
          <w:color w:val="6B708C"/>
        </w:rPr>
        <w:t>Indique los roles de cada autor según la taxonomía CRediT: conceptualización, metodología, software, validación, análisis formal, investigación, recursos, curación de datos, redacción – borrador original, redacción – revisión y edición, visualización, supervisión, administración del proyecto, obtención de financiamiento.</w:t>
      </w:r>
    </w:p>
    <w:p>
      <w:pPr>
        <w:pStyle w:val="Heading1"/>
      </w:pPr>
      <w:r>
        <w:t>ASPECTOS ÉTICOS</w:t>
      </w:r>
    </w:p>
    <w:p>
      <w:r>
        <w:rPr>
          <w:i/>
          <w:color w:val="6B708C"/>
        </w:rPr>
        <w:t>Si el estudio incluye personas o animales: indique el comité de ética que lo aprobó (con el código) y cómo se obtuvo el consentimiento informado. Si no corresponde, escriba «No aplica».</w:t>
      </w:r>
    </w:p>
    <w:p>
      <w:pPr>
        <w:pStyle w:val="Heading1"/>
      </w:pPr>
      <w:r>
        <w:t>DISPONIBILIDAD DE DATOS</w:t>
      </w:r>
    </w:p>
    <w:p>
      <w:r>
        <w:rPr>
          <w:i/>
          <w:color w:val="6B708C"/>
        </w:rPr>
        <w:t>Indique dónde están los datos que sustentan los resultados (repositorio y enlace o DOI), o «Los datos están disponibles a solicitud del autor de correspondencia».</w:t>
      </w:r>
    </w:p>
    <w:p>
      <w:pPr>
        <w:pStyle w:val="Heading1"/>
      </w:pPr>
      <w:r>
        <w:t>USO DE INTELIGENCIA ARTIFICIAL</w:t>
      </w:r>
    </w:p>
    <w:p>
      <w:r>
        <w:rPr>
          <w:i/>
          <w:color w:val="6B708C"/>
        </w:rPr>
        <w:t>Declare si usó herramientas de IA generativa, cuál y para qué (por ejemplo, corrección de estilo o traducción), o escriba «No se utilizó IA generativa». La IA no puede figurar como autora.</w:t>
      </w:r>
    </w:p>
    <w:p>
      <w:pPr>
        <w:pStyle w:val="Heading1"/>
      </w:pPr>
      <w:r>
        <w:t>REFERENCIAS</w:t>
      </w:r>
    </w:p>
    <w:p>
      <w:r>
        <w:rPr>
          <w:i/>
          <w:color w:val="6B708C"/>
        </w:rPr>
        <w:t>Obligatorias. Solo las fuentes citadas en el texto, en orden alfabético (APA) o numérico (IEEE/Vancouver). Incluya el DOI cuando exista. Escriba las referencias en alfabeto latino; si la fuente está en otro alfabeto, translitere el título y agregue su traducción entre corchetes.</w:t>
      </w:r>
    </w:p>
    <w:p>
      <w:r>
        <w:rPr>
          <w:b w:val="0"/>
        </w:rPr>
        <w:t>[Apellido, A. A. (Año). Título del artículo. Nombre de la Revista, volumen(número), páginas. https://doi.org/xxxx]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474" w:bottom="147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8C"/>
        <w:sz w:val="15"/>
      </w:rPr>
      <w:t>Revista Comprende Más · ISSN 3028-9963 (en línea) · Licencia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152000" cy="117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ompren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117600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 xml:space="preserve">   Vol. [X] Núm. [X] [Mes] [Año]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ahoma" w:hAnsi="Tahoma" w:eastAsia="Tahom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 w:line="276" w:lineRule="auto"/>
      <w:outlineLvl w:val="0"/>
    </w:pPr>
    <w:rPr>
      <w:rFonts w:asciiTheme="majorHAnsi" w:eastAsiaTheme="majorEastAsia" w:hAnsiTheme="majorHAnsi" w:cstheme="majorBidi" w:ascii="Tahoma" w:hAnsi="Tahoma" w:eastAsia="Tahoma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